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F0CA61" w14:textId="77777777" w:rsidR="00230624" w:rsidRDefault="6C586E52" w:rsidP="00230624">
      <w:pPr>
        <w:rPr>
          <w:b/>
          <w:bCs/>
          <w:color w:val="0070C0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C9FF1B0" wp14:editId="782C1037">
            <wp:simplePos x="0" y="0"/>
            <wp:positionH relativeFrom="column">
              <wp:posOffset>114300</wp:posOffset>
            </wp:positionH>
            <wp:positionV relativeFrom="paragraph">
              <wp:posOffset>-259080</wp:posOffset>
            </wp:positionV>
            <wp:extent cx="717986" cy="897482"/>
            <wp:effectExtent l="114300" t="114300" r="101600" b="150495"/>
            <wp:wrapSquare wrapText="bothSides"/>
            <wp:docPr id="208449817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7043488" name="Picture 797043488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17986" cy="89748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63EEDF12">
        <w:rPr>
          <w:b/>
          <w:bCs/>
          <w:color w:val="0070C0"/>
          <w:sz w:val="48"/>
          <w:szCs w:val="48"/>
        </w:rPr>
        <w:t>T</w:t>
      </w:r>
      <w:r w:rsidR="03BFA2D4" w:rsidRPr="63EEDF12">
        <w:rPr>
          <w:b/>
          <w:bCs/>
          <w:color w:val="0070C0"/>
          <w:sz w:val="48"/>
          <w:szCs w:val="48"/>
        </w:rPr>
        <w:t>HE PRIORY PRIMARY SCHOOL</w:t>
      </w:r>
      <w:r w:rsidR="78D9D91A" w:rsidRPr="63EEDF12">
        <w:rPr>
          <w:b/>
          <w:bCs/>
          <w:color w:val="0070C0"/>
          <w:sz w:val="48"/>
          <w:szCs w:val="48"/>
        </w:rPr>
        <w:t xml:space="preserve">     </w:t>
      </w:r>
      <w:r w:rsidR="03BFA2D4" w:rsidRPr="63EEDF12">
        <w:rPr>
          <w:b/>
          <w:bCs/>
          <w:color w:val="0070C0"/>
          <w:sz w:val="48"/>
          <w:szCs w:val="48"/>
        </w:rPr>
        <w:t>SAFEGUARDING TEAM</w:t>
      </w:r>
    </w:p>
    <w:p w14:paraId="3AA431AD" w14:textId="28D574DB" w:rsidR="00230624" w:rsidRDefault="00230624" w:rsidP="00230624">
      <w:pPr>
        <w:jc w:val="right"/>
      </w:pPr>
      <w:r w:rsidRPr="63EEDF12">
        <w:rPr>
          <w:b/>
          <w:bCs/>
        </w:rPr>
        <w:t>School Contact Details</w:t>
      </w:r>
      <w:r>
        <w:br/>
        <w:t xml:space="preserve">The Priory Primary School, </w:t>
      </w:r>
      <w:proofErr w:type="spellStart"/>
      <w:r>
        <w:t>Pamber</w:t>
      </w:r>
      <w:proofErr w:type="spellEnd"/>
      <w:r>
        <w:t xml:space="preserve"> End, Tadley, RG26 5QD</w:t>
      </w:r>
      <w:r>
        <w:br/>
        <w:t>01256 850062</w:t>
      </w:r>
      <w:r>
        <w:t xml:space="preserve">.      </w:t>
      </w:r>
      <w:r>
        <w:t>office.tpps@sfet.org.uk</w:t>
      </w:r>
    </w:p>
    <w:p w14:paraId="07517A51" w14:textId="77777777" w:rsidR="00F0518D" w:rsidRDefault="00015E14">
      <w:r>
        <w:rPr>
          <w:b/>
        </w:rPr>
        <w:t>If you are worried about a child, speak to one of the safeguarding team immediately.</w:t>
      </w:r>
      <w:r>
        <w:rPr>
          <w:b/>
        </w:rPr>
        <w:br/>
      </w:r>
      <w:r>
        <w:t>Never promise confidentiality. Record concerns and report them straight away.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39"/>
        <w:gridCol w:w="5539"/>
      </w:tblGrid>
      <w:tr w:rsidR="00F0518D" w14:paraId="04A6E3A7" w14:textId="77777777" w:rsidTr="63EEDF12">
        <w:tc>
          <w:tcPr>
            <w:tcW w:w="5544" w:type="dxa"/>
            <w:shd w:val="clear" w:color="auto" w:fill="E8F5E9"/>
          </w:tcPr>
          <w:p w14:paraId="78A867F2" w14:textId="298162B2" w:rsidR="00F0518D" w:rsidRDefault="00F0518D" w:rsidP="63EEDF12">
            <w:pPr>
              <w:jc w:val="center"/>
            </w:pPr>
          </w:p>
          <w:p w14:paraId="5535E5CC" w14:textId="7964C78A" w:rsidR="00F0518D" w:rsidRDefault="0FFF4C60" w:rsidP="63EEDF1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B227E3F" wp14:editId="569F4F93">
                  <wp:extent cx="1059774" cy="1165092"/>
                  <wp:effectExtent l="0" t="0" r="0" b="0"/>
                  <wp:docPr id="1255105986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5105986" name="Picture 1255105986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9774" cy="11650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15E14">
              <w:br/>
            </w:r>
          </w:p>
          <w:p w14:paraId="2FC3B691" w14:textId="570D51ED" w:rsidR="00F0518D" w:rsidRDefault="63EEDF12" w:rsidP="63EEDF12">
            <w:pPr>
              <w:jc w:val="center"/>
            </w:pPr>
            <w:r w:rsidRPr="63EEDF12">
              <w:rPr>
                <w:b/>
                <w:bCs/>
              </w:rPr>
              <w:t>Debra Adams</w:t>
            </w:r>
            <w:r w:rsidR="00015E14">
              <w:br/>
            </w:r>
            <w:r w:rsidRPr="63EEDF12">
              <w:rPr>
                <w:b/>
                <w:bCs/>
              </w:rPr>
              <w:t>DSL &amp; Deputy Headteacher</w:t>
            </w:r>
            <w:r w:rsidR="00015E14">
              <w:br/>
            </w:r>
            <w:hyperlink r:id="rId8">
              <w:r w:rsidRPr="63EEDF12">
                <w:rPr>
                  <w:rStyle w:val="Hyperlink"/>
                  <w:b/>
                  <w:bCs/>
                </w:rPr>
                <w:t>dadams@sfet.org.uk</w:t>
              </w:r>
            </w:hyperlink>
          </w:p>
          <w:p w14:paraId="3CC68DC4" w14:textId="35BA9585" w:rsidR="00F0518D" w:rsidRDefault="00F0518D" w:rsidP="63EEDF12">
            <w:pPr>
              <w:jc w:val="center"/>
              <w:rPr>
                <w:b/>
                <w:bCs/>
              </w:rPr>
            </w:pPr>
          </w:p>
        </w:tc>
        <w:tc>
          <w:tcPr>
            <w:tcW w:w="5544" w:type="dxa"/>
            <w:shd w:val="clear" w:color="auto" w:fill="E8F5E9"/>
          </w:tcPr>
          <w:p w14:paraId="5FC39B9F" w14:textId="2C6734E3" w:rsidR="00F0518D" w:rsidRDefault="00F0518D" w:rsidP="63EEDF12">
            <w:pPr>
              <w:jc w:val="center"/>
            </w:pPr>
          </w:p>
          <w:p w14:paraId="255BCB2D" w14:textId="7C035215" w:rsidR="00F0518D" w:rsidRDefault="4DA93B39" w:rsidP="63EEDF1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4C77468" wp14:editId="35CD7C20">
                  <wp:extent cx="1165417" cy="1281235"/>
                  <wp:effectExtent l="0" t="0" r="0" b="0"/>
                  <wp:docPr id="1196136498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6136498" name="Picture 1196136498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5417" cy="1281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15E14">
              <w:br/>
            </w:r>
            <w:r w:rsidR="00015E14">
              <w:br/>
            </w:r>
            <w:r w:rsidR="63EEDF12" w:rsidRPr="63EEDF12">
              <w:rPr>
                <w:b/>
                <w:bCs/>
              </w:rPr>
              <w:t>Matt Walsh</w:t>
            </w:r>
            <w:r w:rsidR="00015E14">
              <w:br/>
            </w:r>
            <w:r w:rsidR="63EEDF12" w:rsidRPr="63EEDF12">
              <w:rPr>
                <w:b/>
                <w:bCs/>
              </w:rPr>
              <w:t>Headteacher &amp; DDSL</w:t>
            </w:r>
            <w:r w:rsidR="00015E14">
              <w:br/>
            </w:r>
            <w:hyperlink r:id="rId10">
              <w:r w:rsidR="63EEDF12" w:rsidRPr="63EEDF12">
                <w:rPr>
                  <w:rStyle w:val="Hyperlink"/>
                  <w:b/>
                  <w:bCs/>
                </w:rPr>
                <w:t>mwalsh@sfet.org.uk</w:t>
              </w:r>
            </w:hyperlink>
          </w:p>
          <w:p w14:paraId="047560CF" w14:textId="648225FB" w:rsidR="00F0518D" w:rsidRDefault="00F0518D" w:rsidP="63EEDF12">
            <w:pPr>
              <w:jc w:val="center"/>
              <w:rPr>
                <w:b/>
                <w:bCs/>
              </w:rPr>
            </w:pPr>
          </w:p>
        </w:tc>
      </w:tr>
      <w:tr w:rsidR="00F0518D" w14:paraId="09AB3FFB" w14:textId="77777777" w:rsidTr="63EEDF12">
        <w:tc>
          <w:tcPr>
            <w:tcW w:w="5544" w:type="dxa"/>
            <w:shd w:val="clear" w:color="auto" w:fill="E8F5E9"/>
          </w:tcPr>
          <w:p w14:paraId="3704A81A" w14:textId="5FC6398C" w:rsidR="00F0518D" w:rsidRDefault="00F0518D" w:rsidP="63EEDF12">
            <w:pPr>
              <w:jc w:val="center"/>
            </w:pPr>
          </w:p>
          <w:p w14:paraId="691ADB0F" w14:textId="0E4E1EE2" w:rsidR="00F0518D" w:rsidRDefault="1B030A69" w:rsidP="63EEDF1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8FEE56C" wp14:editId="78FDFEBB">
                  <wp:extent cx="1123950" cy="1235647"/>
                  <wp:effectExtent l="0" t="0" r="0" b="0"/>
                  <wp:docPr id="102764456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764456" name="Picture 102764456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12356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7582BD" w14:textId="33AEDD32" w:rsidR="00F0518D" w:rsidRDefault="00F0518D" w:rsidP="63EEDF12">
            <w:pPr>
              <w:jc w:val="center"/>
              <w:rPr>
                <w:b/>
                <w:bCs/>
              </w:rPr>
            </w:pPr>
          </w:p>
          <w:p w14:paraId="73318356" w14:textId="0EB82FA3" w:rsidR="00F0518D" w:rsidRPr="00230624" w:rsidRDefault="63EEDF12" w:rsidP="00230624">
            <w:pPr>
              <w:jc w:val="center"/>
            </w:pPr>
            <w:r w:rsidRPr="63EEDF12">
              <w:rPr>
                <w:b/>
                <w:bCs/>
              </w:rPr>
              <w:t>Angela Selwood</w:t>
            </w:r>
            <w:r w:rsidR="00015E14">
              <w:br/>
            </w:r>
            <w:r w:rsidRPr="63EEDF12">
              <w:rPr>
                <w:b/>
                <w:bCs/>
              </w:rPr>
              <w:t>SENDCo &amp; DDSL</w:t>
            </w:r>
            <w:r w:rsidR="00015E14">
              <w:br/>
            </w:r>
            <w:hyperlink r:id="rId12">
              <w:r w:rsidRPr="63EEDF12">
                <w:rPr>
                  <w:rStyle w:val="Hyperlink"/>
                  <w:b/>
                  <w:bCs/>
                </w:rPr>
                <w:t>aselwood@sfet.org.uk</w:t>
              </w:r>
            </w:hyperlink>
          </w:p>
        </w:tc>
        <w:tc>
          <w:tcPr>
            <w:tcW w:w="5544" w:type="dxa"/>
            <w:shd w:val="clear" w:color="auto" w:fill="E8F5E9"/>
          </w:tcPr>
          <w:p w14:paraId="41DB8310" w14:textId="4FBACFAE" w:rsidR="00F0518D" w:rsidRDefault="00F0518D" w:rsidP="63EEDF12">
            <w:pPr>
              <w:jc w:val="center"/>
            </w:pPr>
          </w:p>
          <w:p w14:paraId="0C30AB88" w14:textId="287FAF1D" w:rsidR="00F0518D" w:rsidRDefault="33251E32" w:rsidP="63EEDF1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B13532A" wp14:editId="26A5D7C9">
                  <wp:extent cx="1108990" cy="1219200"/>
                  <wp:effectExtent l="0" t="0" r="0" b="0"/>
                  <wp:docPr id="917642517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7642517" name="Picture 917642517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8990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7DD47CB" w14:textId="7BC08BC9" w:rsidR="00F0518D" w:rsidRDefault="00F0518D" w:rsidP="63EEDF12">
            <w:pPr>
              <w:jc w:val="center"/>
              <w:rPr>
                <w:b/>
                <w:bCs/>
              </w:rPr>
            </w:pPr>
          </w:p>
          <w:p w14:paraId="7BF097F6" w14:textId="0CBB884E" w:rsidR="00F0518D" w:rsidRDefault="63EEDF12" w:rsidP="63EEDF12">
            <w:pPr>
              <w:jc w:val="center"/>
            </w:pPr>
            <w:r w:rsidRPr="63EEDF12">
              <w:rPr>
                <w:b/>
                <w:bCs/>
              </w:rPr>
              <w:t>Su West</w:t>
            </w:r>
            <w:r w:rsidR="00015E14">
              <w:br/>
            </w:r>
            <w:r w:rsidRPr="63EEDF12">
              <w:rPr>
                <w:b/>
                <w:bCs/>
              </w:rPr>
              <w:t>ELSA &amp; DDSL</w:t>
            </w:r>
            <w:r w:rsidR="00015E14">
              <w:br/>
            </w:r>
            <w:hyperlink r:id="rId14">
              <w:r w:rsidRPr="63EEDF12">
                <w:rPr>
                  <w:rStyle w:val="Hyperlink"/>
                  <w:b/>
                  <w:bCs/>
                </w:rPr>
                <w:t>swest@sfet.org.uk</w:t>
              </w:r>
            </w:hyperlink>
          </w:p>
          <w:p w14:paraId="5D4A8A4E" w14:textId="7E25E2A0" w:rsidR="00F0518D" w:rsidRDefault="00F0518D" w:rsidP="63EEDF12">
            <w:pPr>
              <w:jc w:val="center"/>
              <w:rPr>
                <w:b/>
                <w:bCs/>
              </w:rPr>
            </w:pPr>
          </w:p>
        </w:tc>
      </w:tr>
    </w:tbl>
    <w:p w14:paraId="3D53AD9A" w14:textId="77777777" w:rsidR="00F0518D" w:rsidRDefault="00015E14">
      <w:pPr>
        <w:pStyle w:val="Heading1"/>
      </w:pPr>
      <w:r>
        <w:t>What to do if you are worried about a child</w:t>
      </w:r>
    </w:p>
    <w:p w14:paraId="0E9ED4AE" w14:textId="77777777" w:rsidR="00230624" w:rsidRDefault="63EEDF12">
      <w:r>
        <w:t>Listen carefully and remain calm.</w:t>
      </w:r>
      <w:r w:rsidR="153092D5">
        <w:t xml:space="preserve"> </w:t>
      </w:r>
      <w:r>
        <w:t>Reassure the child that they have done the right thing by speaking up.</w:t>
      </w:r>
      <w:r w:rsidR="00230624">
        <w:t xml:space="preserve"> </w:t>
      </w:r>
      <w:r w:rsidR="00015E14">
        <w:t>Make a factual written record of what you observed or were told.</w:t>
      </w:r>
      <w:r w:rsidR="00230624">
        <w:t xml:space="preserve"> </w:t>
      </w:r>
      <w:r w:rsidR="46D7FC46">
        <w:t>Report your concern immediately to the DSL or a DDSL.</w:t>
      </w:r>
      <w:r w:rsidR="00230624">
        <w:t xml:space="preserve"> </w:t>
      </w:r>
    </w:p>
    <w:p w14:paraId="15708AF7" w14:textId="5F064556" w:rsidR="00F0518D" w:rsidRDefault="03BFA2D4">
      <w:r w:rsidRPr="46D7FC46">
        <w:rPr>
          <w:b/>
          <w:bCs/>
        </w:rPr>
        <w:t>If a child is at immediate risk of harm, call 999 to seek urgent assistance and inform safeguarding leads without delay.</w:t>
      </w:r>
    </w:p>
    <w:p w14:paraId="2E65C6AF" w14:textId="4033498E" w:rsidR="00F0518D" w:rsidRDefault="00F0518D" w:rsidP="63EEDF12">
      <w:pPr>
        <w:rPr>
          <w:b/>
          <w:bCs/>
        </w:rPr>
      </w:pPr>
    </w:p>
    <w:sectPr w:rsidR="00F0518D" w:rsidSect="00034616">
      <w:pgSz w:w="12240" w:h="15840"/>
      <w:pgMar w:top="1440" w:right="576" w:bottom="1440" w:left="5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89683692">
    <w:abstractNumId w:val="8"/>
  </w:num>
  <w:num w:numId="2" w16cid:durableId="212231252">
    <w:abstractNumId w:val="6"/>
  </w:num>
  <w:num w:numId="3" w16cid:durableId="4871076">
    <w:abstractNumId w:val="5"/>
  </w:num>
  <w:num w:numId="4" w16cid:durableId="2043825562">
    <w:abstractNumId w:val="4"/>
  </w:num>
  <w:num w:numId="5" w16cid:durableId="885264830">
    <w:abstractNumId w:val="7"/>
  </w:num>
  <w:num w:numId="6" w16cid:durableId="871649830">
    <w:abstractNumId w:val="3"/>
  </w:num>
  <w:num w:numId="7" w16cid:durableId="226038991">
    <w:abstractNumId w:val="2"/>
  </w:num>
  <w:num w:numId="8" w16cid:durableId="1843663549">
    <w:abstractNumId w:val="1"/>
  </w:num>
  <w:num w:numId="9" w16cid:durableId="8044664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30624"/>
    <w:rsid w:val="0029639D"/>
    <w:rsid w:val="00326F90"/>
    <w:rsid w:val="006A3F80"/>
    <w:rsid w:val="00AA1D8D"/>
    <w:rsid w:val="00B47730"/>
    <w:rsid w:val="00CB0664"/>
    <w:rsid w:val="00F0518D"/>
    <w:rsid w:val="00FC693F"/>
    <w:rsid w:val="03BFA2D4"/>
    <w:rsid w:val="040E349B"/>
    <w:rsid w:val="0FFF4C60"/>
    <w:rsid w:val="10707816"/>
    <w:rsid w:val="153092D5"/>
    <w:rsid w:val="16341C88"/>
    <w:rsid w:val="16A97FB2"/>
    <w:rsid w:val="16B63CA8"/>
    <w:rsid w:val="190E1920"/>
    <w:rsid w:val="1AAF583D"/>
    <w:rsid w:val="1B030A69"/>
    <w:rsid w:val="1B942796"/>
    <w:rsid w:val="2637EBDF"/>
    <w:rsid w:val="2AD0FCF1"/>
    <w:rsid w:val="2D0C72C7"/>
    <w:rsid w:val="33251E32"/>
    <w:rsid w:val="35D03EF2"/>
    <w:rsid w:val="410A5E78"/>
    <w:rsid w:val="41A01F23"/>
    <w:rsid w:val="46D7FC46"/>
    <w:rsid w:val="4DA93B39"/>
    <w:rsid w:val="5333D0F5"/>
    <w:rsid w:val="5745F713"/>
    <w:rsid w:val="63EEDF12"/>
    <w:rsid w:val="67429806"/>
    <w:rsid w:val="6C586E52"/>
    <w:rsid w:val="6E86D572"/>
    <w:rsid w:val="701F67C4"/>
    <w:rsid w:val="709C33DA"/>
    <w:rsid w:val="721EEB5A"/>
    <w:rsid w:val="78D9D91A"/>
    <w:rsid w:val="7BB48E47"/>
    <w:rsid w:val="7D9A5426"/>
    <w:rsid w:val="7E599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062061"/>
  <w14:defaultImageDpi w14:val="300"/>
  <w15:docId w15:val="{2162C7AF-B9DF-4ECD-A3EA-AF4B9562D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63EEDF12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06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dams@sfet.org.uk" TargetMode="Externa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mailto:aselwood@sfet.org.uk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mwalsh@sfet.org.uk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mailto:swest@sfet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166</Words>
  <Characters>950</Characters>
  <Application>Microsoft Office Word</Application>
  <DocSecurity>0</DocSecurity>
  <Lines>7</Lines>
  <Paragraphs>2</Paragraphs>
  <ScaleCrop>false</ScaleCrop>
  <Manager/>
  <Company/>
  <LinksUpToDate>false</LinksUpToDate>
  <CharactersWithSpaces>1114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Debra  Adams</dc:creator>
  <cp:keywords/>
  <dc:description>generated by python-docx</dc:description>
  <cp:lastModifiedBy>Debra  Adams</cp:lastModifiedBy>
  <cp:revision>2</cp:revision>
  <dcterms:created xsi:type="dcterms:W3CDTF">2026-09-15T18:05:00Z</dcterms:created>
  <dcterms:modified xsi:type="dcterms:W3CDTF">2026-09-15T18:05:00Z</dcterms:modified>
  <cp:category/>
</cp:coreProperties>
</file>